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ВЛИЯНИЕ СПОРТА НА ЗДОРОВЬЕ И КАЧЕСТВО ЖИЗНИ ЧЕЛОВЕКА</w:t>
        <w:br/>
        <w:br/>
      </w:r>
    </w:p>
    <w:p>
      <w:pPr>
        <w:jc w:val="center"/>
      </w:pPr>
      <w:r>
        <w:t>Авторы:</w:t>
        <w:br/>
        <w:t>Диденко Арина Алексеевна</w:t>
        <w:br/>
        <w:t>Телегин Руслан Станиславович</w:t>
      </w:r>
    </w:p>
    <w:p>
      <w:r>
        <w:br w:type="page"/>
      </w:r>
    </w:p>
    <w:p>
      <w:pPr>
        <w:pStyle w:val="Heading1"/>
      </w:pPr>
      <w:r>
        <w:t>Введение</w:t>
      </w:r>
    </w:p>
    <w:p>
      <w:r>
        <w:t>Спорт является важной частью жизни современного человека. Регулярная физическая активность способствует укреплению здоровья, повышению работоспособности и улучшению общего качества жизни. В условиях распространения малоподвижного образа жизни значение спорта становится особенно актуальным.</w:t>
      </w:r>
    </w:p>
    <w:p>
      <w:pPr>
        <w:pStyle w:val="Heading1"/>
      </w:pPr>
      <w:r>
        <w:t>Значение спорта для физического здоровья</w:t>
      </w:r>
    </w:p>
    <w:p>
      <w:r>
        <w:t>Регулярные занятия спортом укрепляют сердечно-сосудистую систему, повышают выносливость, способствуют развитию мышц и поддержанию нормальной массы тела. Физическая активность снижает риск возникновения многих хронических заболеваний и помогает сохранить здоровье на долгие годы.</w:t>
      </w:r>
    </w:p>
    <w:p>
      <w:pPr>
        <w:pStyle w:val="Heading1"/>
      </w:pPr>
      <w:r>
        <w:t>Влияние спорта на психическое состояние</w:t>
      </w:r>
    </w:p>
    <w:p>
      <w:r>
        <w:t>Во время физических нагрузок организм вырабатывает эндорфины, которые положительно влияют на эмоциональное состояние человека. Спорт помогает бороться со стрессом, тревожностью и усталостью, улучшает настроение и способствует развитию уверенности в себе.</w:t>
      </w:r>
    </w:p>
    <w:p>
      <w:pPr>
        <w:pStyle w:val="Heading1"/>
      </w:pPr>
      <w:r>
        <w:t>Социальная роль спорта</w:t>
      </w:r>
    </w:p>
    <w:p>
      <w:r>
        <w:t>Спорт объединяет людей, формирует навыки общения и командной работы. Участие в спортивных мероприятиях способствует развитию дисциплины, ответственности и целеустремлённости. Эти качества полезны не только в спорте, но и в повседневной жизни.</w:t>
      </w:r>
    </w:p>
    <w:p>
      <w:pPr>
        <w:pStyle w:val="Heading1"/>
      </w:pPr>
      <w:r>
        <w:t>Заключение</w:t>
      </w:r>
    </w:p>
    <w:p>
      <w:r>
        <w:t>Таким образом, спорт оказывает комплексное положительное влияние на человека. Он способствует укреплению физического и психического здоровья, помогает развивать важные личностные качества и повышает качество жизни. Регулярные занятия спортом являются одним из наиболее эффективных способов поддержания активного и здорового образа жизни.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